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D4ED8"/>
          <w:sz w:val="20"/>
        </w:rPr>
        <w:t>STUDY NOTES</w:t>
      </w:r>
    </w:p>
    <w:p>
      <w:pPr>
        <w:pStyle w:val="Title"/>
      </w:pPr>
      <w:r>
        <w:t>How does the internet send a message?</w:t>
      </w:r>
    </w:p>
    <w:p>
      <w:r>
        <w:rPr>
          <w:b w:val="0"/>
          <w:i w:val="0"/>
          <w:color w:val="6B7280"/>
        </w:rPr>
        <w:t>Class 9-10</w:t>
      </w:r>
    </w:p>
    <w:p>
      <w:pPr>
        <w:pStyle w:val="Heading1"/>
        <w:keepNext/>
      </w:pPr>
      <w:r>
        <w:t>1. IP = Internet Protocol address</w:t>
      </w:r>
    </w:p>
    <w:p>
      <w:r>
        <w:rPr>
          <w:b w:val="0"/>
          <w:i w:val="0"/>
        </w:rPr>
        <w:t>How does your message travel from your phone to a friend across the world? Your message breaks into tiny chunks called packets, each with a destination address, like a postcard with a stamp. Every device on the internet has a unique address called an IP address, like your home address.</w:t>
      </w:r>
    </w:p>
    <w:p>
      <w:pPr>
        <w:jc w:val="center"/>
      </w:pPr>
      <w:r>
        <w:drawing>
          <wp:inline xmlns:a="http://schemas.openxmlformats.org/drawingml/2006/main" xmlns:pic="http://schemas.openxmlformats.org/drawingml/2006/picture">
            <wp:extent cx="5580000" cy="1647638"/>
            <wp:docPr id="1" name="Picture 1"/>
            <wp:cNvGraphicFramePr>
              <a:graphicFrameLocks noChangeAspect="1"/>
            </wp:cNvGraphicFramePr>
            <a:graphic>
              <a:graphicData uri="http://schemas.openxmlformats.org/drawingml/2006/picture">
                <pic:pic>
                  <pic:nvPicPr>
                    <pic:cNvPr id="0" name="fig-0-0.png"/>
                    <pic:cNvPicPr/>
                  </pic:nvPicPr>
                  <pic:blipFill>
                    <a:blip r:embed="rId9"/>
                    <a:stretch>
                      <a:fillRect/>
                    </a:stretch>
                  </pic:blipFill>
                  <pic:spPr>
                    <a:xfrm>
                      <a:off x="0" y="0"/>
                      <a:ext cx="5580000" cy="1647638"/>
                    </a:xfrm>
                    <a:prstGeom prst="rect"/>
                  </pic:spPr>
                </pic:pic>
              </a:graphicData>
            </a:graphic>
          </wp:inline>
        </w:drawing>
      </w:r>
    </w:p>
    <w:p>
      <w:pPr>
        <w:jc w:val="center"/>
      </w:pPr>
      <w:r>
        <w:drawing>
          <wp:inline xmlns:a="http://schemas.openxmlformats.org/drawingml/2006/main" xmlns:pic="http://schemas.openxmlformats.org/drawingml/2006/picture">
            <wp:extent cx="4399220" cy="3419706"/>
            <wp:docPr id="2" name="Picture 2"/>
            <wp:cNvGraphicFramePr>
              <a:graphicFrameLocks noChangeAspect="1"/>
            </wp:cNvGraphicFramePr>
            <a:graphic>
              <a:graphicData uri="http://schemas.openxmlformats.org/drawingml/2006/picture">
                <pic:pic>
                  <pic:nvPicPr>
                    <pic:cNvPr id="0" name="fig-0-1.png"/>
                    <pic:cNvPicPr/>
                  </pic:nvPicPr>
                  <pic:blipFill>
                    <a:blip r:embed="rId10"/>
                    <a:stretch>
                      <a:fillRect/>
                    </a:stretch>
                  </pic:blipFill>
                  <pic:spPr>
                    <a:xfrm>
                      <a:off x="0" y="0"/>
                      <a:ext cx="4399220" cy="3419706"/>
                    </a:xfrm>
                    <a:prstGeom prst="rect"/>
                  </pic:spPr>
                </pic:pic>
              </a:graphicData>
            </a:graphic>
          </wp:inline>
        </w:drawing>
      </w:r>
    </w:p>
    <w:p>
      <w:pPr>
        <w:pStyle w:val="Heading1"/>
        <w:keepNext/>
      </w:pPr>
      <w:r>
        <w:t>2. Part 2</w:t>
      </w:r>
    </w:p>
    <w:p>
      <w:r>
        <w:rPr>
          <w:b w:val="0"/>
          <w:i w:val="0"/>
        </w:rPr>
        <w:t>Your packet travels through routers, which are like post offices that read the address and send it the right way. Each router checks the packet's destination IP and forwards it closer to the target, like passing a letter hand to hand. The packets might take different paths and arrive out of order, but they all have a number so the friend's device can reassemble them.</w:t>
      </w:r>
    </w:p>
    <w:p>
      <w:pPr>
        <w:jc w:val="center"/>
      </w:pPr>
      <w:r>
        <w:drawing>
          <wp:inline xmlns:a="http://schemas.openxmlformats.org/drawingml/2006/main" xmlns:pic="http://schemas.openxmlformats.org/drawingml/2006/picture">
            <wp:extent cx="5580000" cy="1550000"/>
            <wp:docPr id="3" name="Picture 3"/>
            <wp:cNvGraphicFramePr>
              <a:graphicFrameLocks noChangeAspect="1"/>
            </wp:cNvGraphicFramePr>
            <a:graphic>
              <a:graphicData uri="http://schemas.openxmlformats.org/drawingml/2006/picture">
                <pic:pic>
                  <pic:nvPicPr>
                    <pic:cNvPr id="0" name="fig-1-0.png"/>
                    <pic:cNvPicPr/>
                  </pic:nvPicPr>
                  <pic:blipFill>
                    <a:blip r:embed="rId11"/>
                    <a:stretch>
                      <a:fillRect/>
                    </a:stretch>
                  </pic:blipFill>
                  <pic:spPr>
                    <a:xfrm>
                      <a:off x="0" y="0"/>
                      <a:ext cx="5580000" cy="1550000"/>
                    </a:xfrm>
                    <a:prstGeom prst="rect"/>
                  </pic:spPr>
                </pic:pic>
              </a:graphicData>
            </a:graphic>
          </wp:inline>
        </w:drawing>
      </w:r>
    </w:p>
    <w:p>
      <w:pPr>
        <w:jc w:val="center"/>
      </w:pPr>
      <w:r>
        <w:drawing>
          <wp:inline xmlns:a="http://schemas.openxmlformats.org/drawingml/2006/main" xmlns:pic="http://schemas.openxmlformats.org/drawingml/2006/picture">
            <wp:extent cx="5579999" cy="1735512"/>
            <wp:docPr id="4" name="Picture 4"/>
            <wp:cNvGraphicFramePr>
              <a:graphicFrameLocks noChangeAspect="1"/>
            </wp:cNvGraphicFramePr>
            <a:graphic>
              <a:graphicData uri="http://schemas.openxmlformats.org/drawingml/2006/picture">
                <pic:pic>
                  <pic:nvPicPr>
                    <pic:cNvPr id="0" name="fig-1-1.png"/>
                    <pic:cNvPicPr/>
                  </pic:nvPicPr>
                  <pic:blipFill>
                    <a:blip r:embed="rId12"/>
                    <a:stretch>
                      <a:fillRect/>
                    </a:stretch>
                  </pic:blipFill>
                  <pic:spPr>
                    <a:xfrm>
                      <a:off x="0" y="0"/>
                      <a:ext cx="5579999" cy="1735512"/>
                    </a:xfrm>
                    <a:prstGeom prst="rect"/>
                  </pic:spPr>
                </pic:pic>
              </a:graphicData>
            </a:graphic>
          </wp:inline>
        </w:drawing>
      </w:r>
    </w:p>
    <w:p>
      <w:pPr>
        <w:jc w:val="center"/>
      </w:pPr>
      <w:r>
        <w:drawing>
          <wp:inline xmlns:a="http://schemas.openxmlformats.org/drawingml/2006/main" xmlns:pic="http://schemas.openxmlformats.org/drawingml/2006/picture">
            <wp:extent cx="4791070" cy="3429579"/>
            <wp:docPr id="5" name="Picture 5"/>
            <wp:cNvGraphicFramePr>
              <a:graphicFrameLocks noChangeAspect="1"/>
            </wp:cNvGraphicFramePr>
            <a:graphic>
              <a:graphicData uri="http://schemas.openxmlformats.org/drawingml/2006/picture">
                <pic:pic>
                  <pic:nvPicPr>
                    <pic:cNvPr id="0" name="fig-1-2.png"/>
                    <pic:cNvPicPr/>
                  </pic:nvPicPr>
                  <pic:blipFill>
                    <a:blip r:embed="rId13"/>
                    <a:stretch>
                      <a:fillRect/>
                    </a:stretch>
                  </pic:blipFill>
                  <pic:spPr>
                    <a:xfrm>
                      <a:off x="0" y="0"/>
                      <a:ext cx="4791070" cy="3429579"/>
                    </a:xfrm>
                    <a:prstGeom prst="rect"/>
                  </pic:spPr>
                </pic:pic>
              </a:graphicData>
            </a:graphic>
          </wp:inline>
        </w:drawing>
      </w:r>
    </w:p>
    <w:p>
      <w:pPr>
        <w:pStyle w:val="Heading1"/>
        <w:keepNext/>
      </w:pPr>
      <w:r>
        <w:t>3. TCP = Transmission Control Protocol</w:t>
      </w:r>
    </w:p>
    <w:p>
      <w:r>
        <w:rPr>
          <w:b w:val="0"/>
          <w:i w:val="0"/>
        </w:rPr>
        <w:t>This system is called TCP, or Transmission Control Protocol, and it guarantees your message arrives complete and correct. But routers also send error messages if something goes wrong, using a protocol called ICMP. For example, if a router cannot reach the destination, ICMP sends back a message saying the host is unreachable.</w:t>
      </w:r>
    </w:p>
    <w:p>
      <w:pPr>
        <w:jc w:val="center"/>
      </w:pPr>
      <w:r>
        <w:drawing>
          <wp:inline xmlns:a="http://schemas.openxmlformats.org/drawingml/2006/main" xmlns:pic="http://schemas.openxmlformats.org/drawingml/2006/picture">
            <wp:extent cx="5580000" cy="1763377"/>
            <wp:docPr id="6" name="Picture 6"/>
            <wp:cNvGraphicFramePr>
              <a:graphicFrameLocks noChangeAspect="1"/>
            </wp:cNvGraphicFramePr>
            <a:graphic>
              <a:graphicData uri="http://schemas.openxmlformats.org/drawingml/2006/picture">
                <pic:pic>
                  <pic:nvPicPr>
                    <pic:cNvPr id="0" name="fig-2-0.png"/>
                    <pic:cNvPicPr/>
                  </pic:nvPicPr>
                  <pic:blipFill>
                    <a:blip r:embed="rId14"/>
                    <a:stretch>
                      <a:fillRect/>
                    </a:stretch>
                  </pic:blipFill>
                  <pic:spPr>
                    <a:xfrm>
                      <a:off x="0" y="0"/>
                      <a:ext cx="5580000" cy="1763377"/>
                    </a:xfrm>
                    <a:prstGeom prst="rect"/>
                  </pic:spPr>
                </pic:pic>
              </a:graphicData>
            </a:graphic>
          </wp:inline>
        </w:drawing>
      </w:r>
    </w:p>
    <w:p>
      <w:pPr>
        <w:jc w:val="center"/>
      </w:pPr>
      <w:r>
        <w:drawing>
          <wp:inline xmlns:a="http://schemas.openxmlformats.org/drawingml/2006/main" xmlns:pic="http://schemas.openxmlformats.org/drawingml/2006/picture">
            <wp:extent cx="5580000" cy="1647638"/>
            <wp:docPr id="7" name="Picture 7"/>
            <wp:cNvGraphicFramePr>
              <a:graphicFrameLocks noChangeAspect="1"/>
            </wp:cNvGraphicFramePr>
            <a:graphic>
              <a:graphicData uri="http://schemas.openxmlformats.org/drawingml/2006/picture">
                <pic:pic>
                  <pic:nvPicPr>
                    <pic:cNvPr id="0" name="fig-2-1.png"/>
                    <pic:cNvPicPr/>
                  </pic:nvPicPr>
                  <pic:blipFill>
                    <a:blip r:embed="rId15"/>
                    <a:stretch>
                      <a:fillRect/>
                    </a:stretch>
                  </pic:blipFill>
                  <pic:spPr>
                    <a:xfrm>
                      <a:off x="0" y="0"/>
                      <a:ext cx="5580000" cy="1647638"/>
                    </a:xfrm>
                    <a:prstGeom prst="rect"/>
                  </pic:spPr>
                </pic:pic>
              </a:graphicData>
            </a:graphic>
          </wp:inline>
        </w:drawing>
      </w:r>
    </w:p>
    <w:p>
      <w:pPr>
        <w:pStyle w:val="ListBullet"/>
      </w:pPr>
      <w:r>
        <w:rPr>
          <w:b w:val="0"/>
          <w:i w:val="0"/>
        </w:rPr>
        <w:t>Checks packets are complete</w:t>
      </w:r>
    </w:p>
    <w:p>
      <w:pPr>
        <w:pStyle w:val="Heading1"/>
        <w:keepNext/>
      </w:pPr>
      <w:r>
        <w:t>4. Ping = test connection</w:t>
      </w:r>
    </w:p>
    <w:p>
      <w:r>
        <w:rPr>
          <w:b w:val="0"/>
          <w:i w:val="0"/>
        </w:rPr>
        <w:t>A tool called ping uses ICMP to test if a device is online by sending a packet and waiting for a reply. Let's trace a real example: you send a message to a friend in another country. Your phone breaks it into packets, adds your IP and their IP, and sends them to your router.</w:t>
      </w:r>
    </w:p>
    <w:p>
      <w:pPr>
        <w:jc w:val="center"/>
      </w:pPr>
      <w:r>
        <w:drawing>
          <wp:inline xmlns:a="http://schemas.openxmlformats.org/drawingml/2006/main" xmlns:pic="http://schemas.openxmlformats.org/drawingml/2006/picture">
            <wp:extent cx="4785185" cy="3424003"/>
            <wp:docPr id="8" name="Picture 8"/>
            <wp:cNvGraphicFramePr>
              <a:graphicFrameLocks noChangeAspect="1"/>
            </wp:cNvGraphicFramePr>
            <a:graphic>
              <a:graphicData uri="http://schemas.openxmlformats.org/drawingml/2006/picture">
                <pic:pic>
                  <pic:nvPicPr>
                    <pic:cNvPr id="0" name="fig-3-0.png"/>
                    <pic:cNvPicPr/>
                  </pic:nvPicPr>
                  <pic:blipFill>
                    <a:blip r:embed="rId16"/>
                    <a:stretch>
                      <a:fillRect/>
                    </a:stretch>
                  </pic:blipFill>
                  <pic:spPr>
                    <a:xfrm>
                      <a:off x="0" y="0"/>
                      <a:ext cx="4785185" cy="3424003"/>
                    </a:xfrm>
                    <a:prstGeom prst="rect"/>
                  </pic:spPr>
                </pic:pic>
              </a:graphicData>
            </a:graphic>
          </wp:inline>
        </w:drawing>
      </w:r>
    </w:p>
    <w:p>
      <w:pPr>
        <w:jc w:val="center"/>
      </w:pPr>
      <w:r>
        <w:drawing>
          <wp:inline xmlns:a="http://schemas.openxmlformats.org/drawingml/2006/main" xmlns:pic="http://schemas.openxmlformats.org/drawingml/2006/picture">
            <wp:extent cx="4347417" cy="3417488"/>
            <wp:docPr id="9" name="Picture 9"/>
            <wp:cNvGraphicFramePr>
              <a:graphicFrameLocks noChangeAspect="1"/>
            </wp:cNvGraphicFramePr>
            <a:graphic>
              <a:graphicData uri="http://schemas.openxmlformats.org/drawingml/2006/picture">
                <pic:pic>
                  <pic:nvPicPr>
                    <pic:cNvPr id="0" name="fig-3-1.png"/>
                    <pic:cNvPicPr/>
                  </pic:nvPicPr>
                  <pic:blipFill>
                    <a:blip r:embed="rId17"/>
                    <a:stretch>
                      <a:fillRect/>
                    </a:stretch>
                  </pic:blipFill>
                  <pic:spPr>
                    <a:xfrm>
                      <a:off x="0" y="0"/>
                      <a:ext cx="4347417" cy="3417488"/>
                    </a:xfrm>
                    <a:prstGeom prst="rect"/>
                  </pic:spPr>
                </pic:pic>
              </a:graphicData>
            </a:graphic>
          </wp:inline>
        </w:drawing>
      </w:r>
    </w:p>
    <w:p>
      <w:pPr>
        <w:pStyle w:val="ListBullet"/>
      </w:pPr>
      <w:r>
        <w:rPr>
          <w:b w:val="0"/>
          <w:i w:val="0"/>
        </w:rPr>
        <w:t>Example: message to friend abroad</w:t>
      </w:r>
    </w:p>
    <w:p>
      <w:pPr>
        <w:pStyle w:val="Heading1"/>
        <w:keepNext/>
      </w:pPr>
      <w:r>
        <w:t>5. Part 5</w:t>
      </w:r>
    </w:p>
    <w:p>
      <w:r>
        <w:rPr>
          <w:b w:val="0"/>
          <w:i w:val="0"/>
        </w:rPr>
        <w:t>The routers across the internet forward your packets through the fastest available paths. Your friend's device receives all the packets, checks they are complete using TCP, and reassembles your message. Quiz: if a packet gets lost on the internet, what happens? The internet sends messages by breaking them into packets, routing them through routers, and reassembling them at the destination.</w:t>
      </w:r>
    </w:p>
    <w:p>
      <w:pPr>
        <w:jc w:val="center"/>
      </w:pPr>
      <w:r>
        <w:drawing>
          <wp:inline xmlns:a="http://schemas.openxmlformats.org/drawingml/2006/main" xmlns:pic="http://schemas.openxmlformats.org/drawingml/2006/picture">
            <wp:extent cx="5580000" cy="1341574"/>
            <wp:docPr id="10" name="Picture 10"/>
            <wp:cNvGraphicFramePr>
              <a:graphicFrameLocks noChangeAspect="1"/>
            </wp:cNvGraphicFramePr>
            <a:graphic>
              <a:graphicData uri="http://schemas.openxmlformats.org/drawingml/2006/picture">
                <pic:pic>
                  <pic:nvPicPr>
                    <pic:cNvPr id="0" name="fig-4-0.png"/>
                    <pic:cNvPicPr/>
                  </pic:nvPicPr>
                  <pic:blipFill>
                    <a:blip r:embed="rId18"/>
                    <a:stretch>
                      <a:fillRect/>
                    </a:stretch>
                  </pic:blipFill>
                  <pic:spPr>
                    <a:xfrm>
                      <a:off x="0" y="0"/>
                      <a:ext cx="5580000" cy="1341574"/>
                    </a:xfrm>
                    <a:prstGeom prst="rect"/>
                  </pic:spPr>
                </pic:pic>
              </a:graphicData>
            </a:graphic>
          </wp:inline>
        </w:drawing>
      </w:r>
    </w:p>
    <w:p>
      <w:pPr>
        <w:jc w:val="center"/>
      </w:pPr>
      <w:r>
        <w:drawing>
          <wp:inline xmlns:a="http://schemas.openxmlformats.org/drawingml/2006/main" xmlns:pic="http://schemas.openxmlformats.org/drawingml/2006/picture">
            <wp:extent cx="5580000" cy="1647638"/>
            <wp:docPr id="11" name="Picture 11"/>
            <wp:cNvGraphicFramePr>
              <a:graphicFrameLocks noChangeAspect="1"/>
            </wp:cNvGraphicFramePr>
            <a:graphic>
              <a:graphicData uri="http://schemas.openxmlformats.org/drawingml/2006/picture">
                <pic:pic>
                  <pic:nvPicPr>
                    <pic:cNvPr id="0" name="fig-4-1.png"/>
                    <pic:cNvPicPr/>
                  </pic:nvPicPr>
                  <pic:blipFill>
                    <a:blip r:embed="rId19"/>
                    <a:stretch>
                      <a:fillRect/>
                    </a:stretch>
                  </pic:blipFill>
                  <pic:spPr>
                    <a:xfrm>
                      <a:off x="0" y="0"/>
                      <a:ext cx="5580000" cy="1647638"/>
                    </a:xfrm>
                    <a:prstGeom prst="rect"/>
                  </pic:spPr>
                </pic:pic>
              </a:graphicData>
            </a:graphic>
          </wp:inline>
        </w:drawing>
      </w:r>
    </w:p>
    <w:p>
      <w:r>
        <w:br w:type="page"/>
      </w:r>
    </w:p>
    <w:p>
      <w:pPr>
        <w:pStyle w:val="Heading1"/>
      </w:pPr>
      <w:r>
        <w:t>Quick quiz</w:t>
      </w:r>
    </w:p>
    <w:p>
      <w:r>
        <w:rPr>
          <w:b/>
          <w:i w:val="0"/>
        </w:rPr>
        <w:t>1. If a packet gets lost, what happens?</w:t>
      </w:r>
    </w:p>
    <w:p>
      <w:r>
        <w:rPr>
          <w:b w:val="0"/>
          <w:i w:val="0"/>
        </w:rPr>
        <w:t xml:space="preserve">    (a) The whole message is lost forever</w:t>
      </w:r>
    </w:p>
    <w:p>
      <w:r>
        <w:rPr>
          <w:b w:val="0"/>
          <w:i w:val="0"/>
        </w:rPr>
        <w:t xml:space="preserve">    (b) TCP notices and asks for that packet again</w:t>
      </w:r>
    </w:p>
    <w:p>
      <w:r>
        <w:rPr>
          <w:b w:val="0"/>
          <w:i w:val="0"/>
        </w:rPr>
        <w:t xml:space="preserve">    (c) ICMP sends an error to your phone</w:t>
      </w:r>
    </w:p>
    <w:p>
      <w:r>
        <w:rPr>
          <w:b w:val="0"/>
          <w:i w:val="0"/>
        </w:rPr>
        <w:t xml:space="preserve">    (d) The packet automatically finds a new route</w:t>
      </w:r>
    </w:p>
    <w:p>
      <w:r>
        <w:br w:type="page"/>
      </w:r>
    </w:p>
    <w:p>
      <w:pPr>
        <w:pStyle w:val="Heading1"/>
      </w:pPr>
      <w:r>
        <w:t>Answer key</w:t>
      </w:r>
    </w:p>
    <w:p>
      <w:pPr>
        <w:pStyle w:val="Heading2"/>
      </w:pPr>
      <w:r>
        <w:t>Quick quiz</w:t>
      </w:r>
    </w:p>
    <w:p>
      <w:r>
        <w:rPr>
          <w:b/>
          <w:i w:val="0"/>
          <w:color w:val="15803D"/>
        </w:rPr>
        <w:t>1. (b) TCP notices and asks for that packet again</w:t>
      </w:r>
      <w:r>
        <w:t xml:space="preserve"> — TCP checks every packet arrived; if one is missing, it requests a resend.</w:t>
      </w:r>
    </w:p>
    <w:sectPr w:rsidR="00FC693F" w:rsidRPr="0006063C" w:rsidSect="00034616">
      <w:footerReference w:type="default" r:id="rId20"/>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172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D4ED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F172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does the internet send a message?</dc:title>
  <dc:subject/>
  <dc:creator>Whiteboard Tutor</dc:creator>
  <cp:keywords/>
  <dc:description>generated by python-docx</dc:description>
  <cp:lastModifiedBy/>
  <cp:revision>1</cp:revision>
  <dcterms:created xsi:type="dcterms:W3CDTF">2013-12-23T23:15:00Z</dcterms:created>
  <dcterms:modified xsi:type="dcterms:W3CDTF">2013-12-23T23:15:00Z</dcterms:modified>
  <cp:category/>
</cp:coreProperties>
</file>