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20"/>
        </w:rPr>
        <w:t>STUDY NOTES</w:t>
      </w:r>
    </w:p>
    <w:p>
      <w:pPr>
        <w:pStyle w:val="Title"/>
      </w:pPr>
      <w:r>
        <w:t>explain integeration</w:t>
      </w:r>
    </w:p>
    <w:p>
      <w:r>
        <w:rPr>
          <w:b w:val="0"/>
          <w:i w:val="0"/>
          <w:color w:val="6B7280"/>
        </w:rPr>
        <w:t>Class 9-10</w:t>
      </w:r>
    </w:p>
    <w:p>
      <w:pPr>
        <w:pStyle w:val="Heading1"/>
        <w:keepNext/>
      </w:pPr>
      <w:r>
        <w:t>1. Part 1</w:t>
      </w:r>
    </w:p>
    <w:p>
      <w:r>
        <w:rPr>
          <w:b w:val="0"/>
          <w:i w:val="0"/>
        </w:rPr>
        <w:t>What if you could find the area under any curve — that is the magic of integration. Let us start by drawing a simple curve and the area we want to find beneath it. The shaded region between the curve and the x-axis is exactly what integration measures. Before integration, people tried to estimate this area using thin rectangles underneath the curve.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4645" cy="34310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0-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4645" cy="3431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</w:pPr>
      <w:r>
        <w:t>2. More rectangles → more accurate area</w:t>
      </w:r>
    </w:p>
    <w:p>
      <w:r>
        <w:rPr>
          <w:b w:val="0"/>
          <w:i w:val="0"/>
        </w:rPr>
        <w:t>The more rectangles you use, the closer you get to the true area under the curve. Integration is the limit of this process — infinitely many infinitely thin rectangles. We write integration using this special elongated S symbol, called the integral sign. The integral sign means sum, x squared is the function, and d x means a tiny strip of width.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4882" cy="40676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882" cy="406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</w:pPr>
      <w:r>
        <w:rPr>
          <w:b w:val="0"/>
          <w:i w:val="0"/>
        </w:rPr>
        <w:t>Integration = limit of infinite rectangles</w:t>
      </w:r>
    </w:p>
    <w:p>
      <w:pPr>
        <w:pStyle w:val="ListBullet"/>
      </w:pPr>
      <w:r>
        <w:rPr>
          <w:b w:val="0"/>
          <w:i w:val="0"/>
        </w:rPr>
        <w:t>dx = infinitely thin width strip</w:t>
      </w:r>
    </w:p>
    <w:p>
      <w:pPr>
        <w:pStyle w:val="Heading1"/>
        <w:keepNext/>
      </w:pPr>
      <w:r>
        <w:t>3. C = constant of integration (unknown shift)</w:t>
      </w:r>
    </w:p>
    <w:p>
      <w:r>
        <w:rPr>
          <w:b w:val="0"/>
          <w:i w:val="0"/>
        </w:rPr>
        <w:t>The general power rule for integration says: raise the power by one, then divide by the new power. Here n is the original power, n plus one is the new power, and C is the constant of integration. Let us work through a simple example: integrate x squared with respect to x. The power is 2, so we add 1 to get 3, giving us x cubed on top.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95884" cy="4382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5884" cy="438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4882" cy="40676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4882" cy="406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0060" cy="40954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0060" cy="409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</w:pPr>
      <w:r>
        <w:t>4. Part 4</w:t>
      </w:r>
    </w:p>
    <w:p>
      <w:r>
        <w:rPr>
          <w:b w:val="0"/>
          <w:i w:val="0"/>
        </w:rPr>
        <w:t>Simplifying, two plus one is three, so the answer is x cubed over three plus C. Now let us find a definite integral — the actual area between x equals 1 and x equals 3. We substitute the limits: plug in 3 first, then subtract the result when we plug in 1. Three cubed is 27, so 27 over 3 is 9, and 1 over 3 stays as one third.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73634" cy="39625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3634" cy="3962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87178" cy="45184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7178" cy="45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48312" cy="4939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8312" cy="493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02317" cy="37060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2317" cy="370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</w:pPr>
      <w:r>
        <w:t>5. Area = 26/3 ≈ 8.67 sq units</w:t>
      </w:r>
    </w:p>
    <w:p>
      <w:r>
        <w:rPr>
          <w:b w:val="0"/>
          <w:i w:val="0"/>
        </w:rPr>
        <w:t>So the exact area under x squared from 1 to 3 is twenty-six thirds, roughly 8.67 square units. A very common mistake: students forget to add C when there are no limits given. In real life, engineers use integration to find the distance a car travels from its speed-time graph. The area under the speed-time graph — found by integration — gives the total distance travelled.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16452" cy="42811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16452" cy="42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</w:pPr>
      <w:r>
        <w:rPr>
          <w:b w:val="0"/>
          <w:i w:val="0"/>
        </w:rPr>
        <w:t>Speed × Time = Distance = integral</w:t>
      </w:r>
    </w:p>
    <w:p>
      <w:pPr>
        <w:pStyle w:val="Heading1"/>
        <w:keepNext/>
      </w:pPr>
      <w:r>
        <w:t>6. ∫xⁿ dx = xⁿ⁺¹/(n+1) + C</w:t>
      </w:r>
    </w:p>
    <w:p>
      <w:r>
        <w:rPr>
          <w:b w:val="0"/>
          <w:i w:val="0"/>
        </w:rPr>
        <w:t>Now your turn: what is the integral of x cubed with respect to x? Integration finds the area under a curve by summing infinite thin strips using the power rule.</w:t>
      </w:r>
    </w:p>
    <w:p>
      <w:r>
        <w:br w:type="page"/>
      </w:r>
    </w:p>
    <w:p>
      <w:pPr>
        <w:pStyle w:val="Heading1"/>
      </w:pPr>
      <w:r>
        <w:t>Quick quiz</w:t>
      </w:r>
    </w:p>
    <w:p>
      <w:r>
        <w:rPr>
          <w:b/>
          <w:i w:val="0"/>
        </w:rPr>
        <w:t>1. What is ∫ x³ dx ?</w:t>
      </w:r>
    </w:p>
    <w:p>
      <w:r>
        <w:rPr>
          <w:b w:val="0"/>
          <w:i w:val="0"/>
        </w:rPr>
        <w:t xml:space="preserve">    (a) x⁴ + C</w:t>
      </w:r>
    </w:p>
    <w:p>
      <w:r>
        <w:rPr>
          <w:b w:val="0"/>
          <w:i w:val="0"/>
        </w:rPr>
        <w:t xml:space="preserve">    (b) x⁴ / 4 + C</w:t>
      </w:r>
    </w:p>
    <w:p>
      <w:r>
        <w:rPr>
          <w:b w:val="0"/>
          <w:i w:val="0"/>
        </w:rPr>
        <w:t xml:space="preserve">    (c) 3x² + C</w:t>
      </w:r>
    </w:p>
    <w:p>
      <w:r>
        <w:rPr>
          <w:b w:val="0"/>
          <w:i w:val="0"/>
        </w:rPr>
        <w:t xml:space="preserve">    (d) x⁴ / 3 + C</w:t>
      </w:r>
    </w:p>
    <w:p>
      <w:r>
        <w:br w:type="page"/>
      </w:r>
    </w:p>
    <w:p>
      <w:pPr>
        <w:pStyle w:val="Heading1"/>
      </w:pPr>
      <w:r>
        <w:t>Answer key</w:t>
      </w:r>
    </w:p>
    <w:p>
      <w:pPr>
        <w:pStyle w:val="Heading2"/>
      </w:pPr>
      <w:r>
        <w:t>Quick quiz</w:t>
      </w:r>
    </w:p>
    <w:p>
      <w:r>
        <w:rPr>
          <w:b/>
          <w:i w:val="0"/>
          <w:color w:val="15803D"/>
        </w:rPr>
        <w:t>1. (b) x⁴ / 4 + C</w:t>
      </w:r>
      <w:r>
        <w:t xml:space="preserve"> — Add 1 to the power (3+1=4) then divide by the new power 4, giving x⁴/4 + C.</w:t>
      </w:r>
    </w:p>
    <w:sectPr w:rsidR="00FC693F" w:rsidRPr="0006063C" w:rsidSect="00034616">
      <w:footerReference w:type="default" r:id="rId1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17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D4ED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F172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explain integeration</dc:title>
  <dc:subject/>
  <dc:creator>Whiteboard Tutor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